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יישוב כפרי ליישוב עירוני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תהליכי שינוי ביישובים ואת הקשר שלהם לגלובליזציה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בעיות סביבתיות הקשורות ליישובים ודרכי התמודדות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כפר הוא קטן יותר עם צפיפות נמוכה, עיר גדולה וצפופה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רובם גרים בערים ובעיירות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עיר גדולה ומשפיעה ברמה בינלאומית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בכפר הצפיפות נמוכה יותר, בעיר היא גבוהה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ערי ענק מאופיינות בבנייה לגובה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יישובים עוברים תמורות ושינויים מתמשכים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(חקלאות וצפיפות נמוכה)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(בניינים גבוהים ואוכלוסייה רבה)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(חיבור כלכלי ותרבותי בין 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(מרכז כלכלי ותרבותי בעל השפעה בינלאומית)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יישוב קטן ליד מקור מים או שטח חקלאי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היישוב גדל ומתפתח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מגיעים תושבים נוספים ונבנות תשתיות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היישוב הופך לעיר גדולה עם גורדי שחקים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יתארו הבדלים בגודל, צפיפות, תעסוקה ואורח 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צפיפות אוכלוסין וגודל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חיבור כלכלי-תרבותי בין ערים גדולות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זיהום אוויר, פסולת או עומס תחבורתי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תמונות של יישובים כפריים ועירוניים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קצר על יישוב המגורים של התלמידים ולסווג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מהתלמידים ניתן לוותר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כפריים ועירוניים במרחב משתנה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זו לומדים על סוגי היישובים השונים - כפרים ועיירות, ערים גדולות וערי עולם - ועל התהליכים שגורמים להם להשתנות ולהשפיע על הסביבה.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גלובליזציה  ·  כפרי  ·  עולם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ההבדל העיקרי בין יישוב כפרי ליישוב עירוני?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כפר הוא קטן יותר עם צפיפות נמוכה, עיר גדולה וצפופה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אין שום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תמיד גדול מעיר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מאפיין את רוב האנשים בעולם כיום?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רובם גרים בכפרים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רובם גרים ביערות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רובם גרים בערים ובעיירות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עיר 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עיר קטנה בלי תושבים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עיר גדולה ומשפיעה ברמה בינלאומית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כפר ליד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ביישוב כפרי צפיפות האוכלוסין בדרך כלל גבוהה יותר מאשר בעיר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גורדי שחקים הם מאפיין נפוץ בערים גדולות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היישובים בעולם נשארים זהים ואינם משתנים עם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יישוב __________ הוא בדרך כלל קטן ומבוסס על חקלאות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תהליך שבו העולם מתחבר כלכלית ותרבותית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עיר גדולה ומשפיעה ברמה בינלאומית נקראת עיר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יישוב כפרי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בניינים גבוהים ואוכלוסייה רבה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יישוב עירוני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חיבור כלכלי ותרבותי בין 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גלובליזציה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מרכז כלכלי ותרבותי בעל השפעה בינלאומית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עיר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חקלאות וצפיפות נמוכה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בסדר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מגיעים תושבים נוספים ונבנות תשתיות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הופך לעיר גדולה עם גורדי שחקים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נוצר יישוב קטן ליד מקור מים או שטח חקלאי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היישוב גדל ומתפתח עם הזמן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יישוב כפרי ויישוב עירוני שאתם מכירים. מה ההבדלים ביניהם?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העיקרי בין כפר לעיר?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להשפעה של גלובליזציה על ערים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כפריים ועירוניים במרחב משתנה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