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יישובים כפריים ועירוניים במרחב משתנה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ההבדלים בין יישוב כפרי ליישוב עירוני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תהליכי שינוי ביישובים ואת הקשר שלהם לגלובליזציה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בעיות סביבתיות הקשורות ליישובים ודרכי התמודדות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כפר הוא קטן יותר עם צפיפות נמוכה, עיר גדולה וצפופה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רובם גרים בערים ובעיירות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עיר גדולה ומשפיעה ברמה בינלאומית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תהליך שבו העולם מתחבר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תחבורה ותעשייה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בכפר הצפיפות נמוכה יותר, בעיר היא גבוהה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ערי ענק מאופיינות בבנייה לגובה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יישובים עוברים תמורות ושינויים מתמשכים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עיר עולם משפיעה כלכלית ותרבותית גם מעבר לגבולותיה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זיהום ובעיות סביבה קיימים גם בערים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כפרי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גלובליזציה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תמורה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תשתיות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צפיפות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(חקלאות וצפיפות נמוכה)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(בניינים גבוהים ואוכלוסייה רבה)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(חיבור כלכלי ותרבותי בין מדינות)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(מרכז כלכלי ותרבותי בעל השפעה בינלאומית)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(פגיעה באוויר, במים או בקרקע)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בסדר הגיוני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נוצר יישוב קטן ליד מקור מים או שטח חקלאי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היישוב גדל ומתפתח עם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מגיעים תושבים נוספים ונבנות תשתיות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היישוב הופך לעיר גדולה עם גורדי שחקים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העיר מתחברת לכלכלה העולמית והופכת למשפיעה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יתארו הבדלים בגודל, צפיפות, תעסוקה ואורח 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הגברת תחבורה ציבורית, הרחבת שטחים ירוקים, מחזור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צפיפות אוכלוסין וגודל היישוב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חיבור כלכלי-תרבותי בין ערים גדולות בעולם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זיהום אוויר, פסולת או עומס תחבורתי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להציג תמונות של יישובים כפריים ועירוניים לפני העבודה על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לקיים דיון קצר על יישוב המגורים של התלמידים ולסווג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לחלק מהתלמידים ניתן לוותר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יישובים כפריים ועירוניים במרחב משתנה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על כפרים ועל ערים. לומדים מה שונה ביניהם, איך הם משתנים, ואיך הם משפיעים על הסביבה.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יישוב כפרי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מגורים קטן, בדרך כלל עם חקלאות וצפיפות אוכלוסין נמוכה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יישוב עירוני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עיר גדולה עם הרבה תושבים, בניינים גבוהים ומגוון תעסוקות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גלובליזציה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תהליך שבו העולם מתחבר יותר - כלכלית, תרבותית וטכנולוגית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עיר עולם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עיר גדולה ומשפיעה שיש בה מרכזי כלכלה, תרבות ופוליטיקה בינלאומיים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תמורה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שינוי שמתרחש לאורך זמן ביישוב או באזור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צפיפות אוכלוסין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כמות התושבים הגרים בשטח מסוים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זיהום סביבתי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פגיעה באוויר, במים או בקרקע כתוצאה מפעילות אנושית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תשתיות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מערכות הכרחיות ביישוב כמו כבישים, חשמל ומים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שונה בין כפר לעיר?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כפר הוא קטן יותר עם צפיפות נמוכה, עיר גדולה וצפופה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אין שום הבדל ביניהם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כפר תמיד גדול מעיר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עיר היא תמיד ליד 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גרים רוב האנשים היום?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רובם גרים בכפרים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רובם גרים ביערות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רובם גרים בערים ובעיירות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רובם גרים באיים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מהי עיר שמשפיעה על כל העולם?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עיר קטנה בלי תושבים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עיר גדולה ומשפיעה ברמה בינלאומית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כפר ליד 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יישוב חקלאי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 גלובליזציה?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תהליך של בידוד מדינות זו מזו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תהליך שבו העולם מתחבר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תהליך של הקטנת ערים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תהליך של סגירת גבולות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מזהם את הסביבה בעיר?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שתילת עצים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תחבורה ותעשייה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פארקים ירוקים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מים נקיים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ביישוב כפרי צפיפות האוכלוסין בדרך כלל גבוהה יותר מאשר בעיר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גורדי שחקים הם מאפיין נפוץ בערים גדולות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היישובים בעולם נשארים זהים ואינם משתנים עם הזמן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עיר עולם משפיעה רק על התושבים שגרים בה ולא על מקומות אחרים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שמירה על הסביבה חשובה גם ביישובים עירוניים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יישוב __________ הוא בדרך כלל קטן ומבוסס על חקלאות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תהליך שבו העולם מתחבר כלכלית ותרבותית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עיר גדולה ומשפיעה ברמה בינלאומית נקראת עיר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שינוי שמתרחש ביישוב לאורך זמן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מערכות הכרחיות כמו כבישים וחשמל נקראות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כמות התושבים בשטח מסוים נקראת __________ אוכלוסין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יישוב כפרי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פגיעה באוויר, במים או בקרקע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יישוב עירוני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מרכז כלכלי ותרבותי בעל השפעה בינלאומית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גלובליזציה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חקלאות וצפיפות נמוכה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עיר עולם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בניינים גבוהים ואוכלוסייה רבה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זיהום סביבתי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חיבור כלכלי ותרבותי בין מדינות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סידור בסדר הגיוני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העיר מתחברת לכלכלה העולמית והופכת למשפיעה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היישוב הופך לעיר גדולה עם גורדי שחקים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נוצר יישוב קטן ליד מקור מים או שטח חקלאי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היישוב גדל ומתפתח עם הזמן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מגיעים תושבים נוספים ונבנות תשתיות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יישוב כפרי ויישוב עירוני שאתם מכירים. מה ההבדלים ביניהם?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הציעו שני פתרונות לבעיה סביבתית הקיימת ביישוב עירוני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העיקרי בין כפר לעיר?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להשפעה של גלובליזציה על ערים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בעיה סביבתית אחת שקשורה ליישובים עירוניים?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יישובים כפריים ועירוניים במרחב משתנה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