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כפריים ועירוניים במרחב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ההבדלים בין יישוב כפרי ליישוב 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תהליכי שינוי ביישובים ואת הקשר שלהם לגלובליזציה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בעיות סביבתיות הקשורות ליישובים ודרכי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כפר הוא קטן יותר עם צפיפות נמוכה, עיר גדולה וצפופה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רובם גרים בערים ובעיירות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עיר גדולה ומשפיעה ברמה בינלאומית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תהליך שבו העולם מתחבר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תחבורה ותעשייה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בכפר הצפיפות נמוכה יותר, בעיר היא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ערי ענק מאופיינות בבנייה לגובה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יישובים עוברים תמורות ושינויים מתמשכים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עיר עולם משפיעה כלכלית ותרבותית גם מעבר לגבולותיה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זיהום ובעיות סביבה קיימים גם בערים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צפיפות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(חקלאות וצפיפות נמוכה)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(בניינים גבוהים ואוכלוסייה 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(חיבור כלכלי ותרבותי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(מרכז כלכלי ותרבותי בעל השפעה בינלאומית)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(פגיעה באוויר, במים או בקרקע)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בסדר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נוצר יישוב קטן ליד מקור מים או שטח חקלאי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היישוב גדל ומתפתח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מגיעים תושבים נוספים ונבנות תשתיות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היישוב הופך לעיר גדולה עם גורדי 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העיר מתחברת לכלכלה העולמית והופכת למשפיעה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יתארו הבדלים בגודל, צפיפות, תעסוקה ואורח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הגברת תחבורה ציבורית, הרחבת שטחים ירוקים, מחזור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צפיפות אוכלוסין וגודל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חיבור כלכלי-תרבותי בין ערים גדולות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זיהום אוויר, פסולת או עומס תחבורתי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תמונות של יישובים כפריים ועירוניים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קצר על יישוב המגורים של התלמידים ולסווג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מהתלמידים ניתן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כפריים ועירוניים במרחב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זו לומדים על סוגי היישובים השונים - כפרים ועיירות, ערים גדולות וערי עולם - ועל התהליכים שגורמים להם להשתנות ולהשפיע על הסביבה.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העיקרי בין יישוב כפרי ליישוב עירוני?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כפר הוא קטן יותר עם צפיפות נמוכה, עיר גדולה וצפופה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תמיד גדול מעיר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היא תמיד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מאפיין את רוב האנשים בעולם כיום?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רובם גרים בכפרים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רובם גרים ביערות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רובם גרים בערים ובעיירות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רובם גרים באיים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עיר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קטנה בלי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גדולה ומשפיעה ברמה בינלאומית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יישוב חקלאי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תהליך הגלובליזציה?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של בידוד מדינות זו מזו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שבו העולם מתחבר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תהליך של הקטנת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תהליך של סגירת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יכול לגרום לזיהום סביבתי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שתילת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תחבורה ותעשייה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פארקים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נקיים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כפרי צפיפות האוכלוסין בדרך כלל גבוהה יותר מאשר בעיר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גורדי שחקים הם מאפיין נפוץ בערים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היישובים בעולם נשארים זהים ואינם משתנים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עולם משפיעה רק על התושבים שגרים בה ולא על מקומות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הסביבה חשובה גם ביישובים עירוניים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יישוב __________ הוא בדרך כלל קטן ומבוסס על 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שבו העולם מתחבר כלכלית ותרבותית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עיר גדולה ומשפיעה ברמה בינלאומית נקראת 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שינוי שמתרחש ביישוב לאורך זמן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מערכות הכרחיות כמו כבישים וחשמל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כמות התושבים בשטח מסוים נקראת __________ אוכלוסין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יישוב כפרי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חיבור כלכלי ותרבותי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יישוב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פגיעה באוויר, במים או בקרקע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בניינים גבוהים ואוכלוסייה 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עיר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חקלאות וצפיפות נמוכה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זיהום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מרכז כלכלי ותרבותי בעל השפעה בינלאומית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מתחברת לכלכלה העולמית והופכת למשפיעה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תושבים נוספים ונבנות תשתיות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יישוב קטן ליד מקור מים או שטח חקלאי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גדל ומתפתח עם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הופך לעיר גדולה עם גורדי שחקים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יישוב כפרי ויישוב עירוני שאתם מכירים. מה ההבדלים ביניהם?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שני פתרונות לבעיה סביבתית הקיימת ביישוב עירוני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כפר לעיר?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להשפעה של גלובליזציה על ערים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בעיה סביבתית אחת שקשורה ליישובים עירוניים?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כפריים ועירוניים במרחב משתנה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